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02A6D" w14:textId="77777777" w:rsidR="009736D4" w:rsidRPr="009736D4" w:rsidRDefault="00000000" w:rsidP="009736D4">
      <w:pPr>
        <w:pStyle w:val="Title"/>
        <w:rPr>
          <w:sz w:val="44"/>
          <w:szCs w:val="44"/>
        </w:rPr>
      </w:pPr>
      <w:r w:rsidRPr="009736D4">
        <w:rPr>
          <w:sz w:val="44"/>
          <w:szCs w:val="44"/>
        </w:rPr>
        <w:t>Peats Wholesale Limited</w:t>
      </w:r>
    </w:p>
    <w:p w14:paraId="2697BC87" w14:textId="7788332D" w:rsidR="008B449A" w:rsidRPr="009736D4" w:rsidRDefault="00000000" w:rsidP="009736D4">
      <w:pPr>
        <w:pStyle w:val="Title"/>
        <w:rPr>
          <w:sz w:val="44"/>
          <w:szCs w:val="44"/>
        </w:rPr>
      </w:pPr>
      <w:r w:rsidRPr="009736D4">
        <w:rPr>
          <w:sz w:val="44"/>
          <w:szCs w:val="44"/>
        </w:rPr>
        <w:t>Credit Account Application Form</w:t>
      </w:r>
    </w:p>
    <w:p w14:paraId="746A632B" w14:textId="7BB8BFD7" w:rsidR="008B449A" w:rsidRDefault="00000000" w:rsidP="009736D4">
      <w:pPr>
        <w:pStyle w:val="Heading2"/>
        <w:numPr>
          <w:ilvl w:val="0"/>
          <w:numId w:val="10"/>
        </w:numPr>
      </w:pPr>
      <w:r>
        <w:t>Company Details</w:t>
      </w:r>
    </w:p>
    <w:p w14:paraId="6F565222" w14:textId="77777777" w:rsidR="009736D4" w:rsidRDefault="009736D4"/>
    <w:p w14:paraId="306B6CB9" w14:textId="7089BE4C" w:rsidR="008B449A" w:rsidRPr="009736D4" w:rsidRDefault="00000000">
      <w:pPr>
        <w:rPr>
          <w:rFonts w:ascii="Fira Sans" w:hAnsi="Fira Sans" w:cs="Calibri"/>
        </w:rPr>
      </w:pPr>
      <w:r w:rsidRPr="009736D4">
        <w:rPr>
          <w:rFonts w:ascii="Fira Sans" w:hAnsi="Fira Sans" w:cs="Calibri"/>
        </w:rPr>
        <w:t>Business Name:</w:t>
      </w:r>
    </w:p>
    <w:p w14:paraId="2436B1AD" w14:textId="77777777" w:rsidR="008B449A" w:rsidRPr="009736D4" w:rsidRDefault="00000000">
      <w:pPr>
        <w:rPr>
          <w:rFonts w:ascii="Fira Sans" w:hAnsi="Fira Sans" w:cs="Calibri"/>
        </w:rPr>
      </w:pPr>
      <w:r w:rsidRPr="009736D4">
        <w:rPr>
          <w:rFonts w:ascii="Fira Sans" w:hAnsi="Fira Sans" w:cs="Calibri"/>
        </w:rPr>
        <w:t>Trading Name (if different):</w:t>
      </w:r>
    </w:p>
    <w:p w14:paraId="614B03BA" w14:textId="77777777" w:rsidR="008B449A" w:rsidRPr="009736D4" w:rsidRDefault="00000000">
      <w:pPr>
        <w:rPr>
          <w:rFonts w:ascii="Fira Sans" w:hAnsi="Fira Sans" w:cs="Calibri"/>
        </w:rPr>
      </w:pPr>
      <w:r w:rsidRPr="009736D4">
        <w:rPr>
          <w:rFonts w:ascii="Fira Sans" w:hAnsi="Fira Sans" w:cs="Calibri"/>
        </w:rPr>
        <w:t>Address:</w:t>
      </w:r>
    </w:p>
    <w:p w14:paraId="15DAD429" w14:textId="77777777" w:rsidR="008B449A" w:rsidRPr="009736D4" w:rsidRDefault="00000000">
      <w:pPr>
        <w:rPr>
          <w:rFonts w:ascii="Fira Sans" w:hAnsi="Fira Sans" w:cs="Calibri"/>
        </w:rPr>
      </w:pPr>
      <w:r w:rsidRPr="009736D4">
        <w:rPr>
          <w:rFonts w:ascii="Fira Sans" w:hAnsi="Fira Sans" w:cs="Calibri"/>
        </w:rPr>
        <w:t>Telephone:</w:t>
      </w:r>
    </w:p>
    <w:p w14:paraId="0709D75B" w14:textId="77777777" w:rsidR="008B449A" w:rsidRPr="009736D4" w:rsidRDefault="00000000">
      <w:pPr>
        <w:rPr>
          <w:rFonts w:ascii="Fira Sans" w:hAnsi="Fira Sans" w:cs="Calibri"/>
        </w:rPr>
      </w:pPr>
      <w:r w:rsidRPr="009736D4">
        <w:rPr>
          <w:rFonts w:ascii="Fira Sans" w:hAnsi="Fira Sans" w:cs="Calibri"/>
        </w:rPr>
        <w:t>Email:</w:t>
      </w:r>
    </w:p>
    <w:p w14:paraId="1F9762DA" w14:textId="77777777" w:rsidR="008B449A" w:rsidRPr="009736D4" w:rsidRDefault="00000000">
      <w:pPr>
        <w:rPr>
          <w:rFonts w:ascii="Fira Sans" w:hAnsi="Fira Sans" w:cs="Calibri"/>
        </w:rPr>
      </w:pPr>
      <w:r w:rsidRPr="009736D4">
        <w:rPr>
          <w:rFonts w:ascii="Fira Sans" w:hAnsi="Fira Sans" w:cs="Calibri"/>
        </w:rPr>
        <w:t>Company Registration No.:</w:t>
      </w:r>
    </w:p>
    <w:p w14:paraId="0DB7FFCB" w14:textId="77777777" w:rsidR="008B449A" w:rsidRPr="009736D4" w:rsidRDefault="00000000">
      <w:pPr>
        <w:rPr>
          <w:rFonts w:ascii="Fira Sans" w:hAnsi="Fira Sans" w:cs="Calibri"/>
        </w:rPr>
      </w:pPr>
      <w:r w:rsidRPr="009736D4">
        <w:rPr>
          <w:rFonts w:ascii="Fira Sans" w:hAnsi="Fira Sans" w:cs="Calibri"/>
        </w:rPr>
        <w:t>VAT No.:</w:t>
      </w:r>
    </w:p>
    <w:p w14:paraId="66DCC3DE" w14:textId="77777777" w:rsidR="008B449A" w:rsidRDefault="00000000">
      <w:pPr>
        <w:rPr>
          <w:rFonts w:ascii="Fira Sans" w:hAnsi="Fira Sans" w:cs="Calibri"/>
        </w:rPr>
      </w:pPr>
      <w:r w:rsidRPr="009736D4">
        <w:rPr>
          <w:rFonts w:ascii="Fira Sans" w:hAnsi="Fira Sans" w:cs="Calibri"/>
        </w:rPr>
        <w:t>Years Trading:</w:t>
      </w:r>
    </w:p>
    <w:p w14:paraId="53EC915E" w14:textId="77777777" w:rsidR="009736D4" w:rsidRDefault="009736D4">
      <w:pPr>
        <w:rPr>
          <w:rFonts w:ascii="Fira Sans" w:hAnsi="Fira Sans" w:cs="Calibri"/>
        </w:rPr>
      </w:pPr>
    </w:p>
    <w:p w14:paraId="10E849C0" w14:textId="0963C5A7" w:rsidR="009736D4" w:rsidRDefault="00000000" w:rsidP="009736D4">
      <w:pPr>
        <w:pStyle w:val="Heading2"/>
        <w:numPr>
          <w:ilvl w:val="0"/>
          <w:numId w:val="10"/>
        </w:numPr>
      </w:pPr>
      <w:r>
        <w:t>Contact &amp; Accounts Information</w:t>
      </w:r>
    </w:p>
    <w:p w14:paraId="11F63577" w14:textId="77777777" w:rsidR="009736D4" w:rsidRPr="009736D4" w:rsidRDefault="009736D4" w:rsidP="009736D4"/>
    <w:p w14:paraId="14213A3A" w14:textId="77777777" w:rsidR="008B449A" w:rsidRPr="009736D4" w:rsidRDefault="00000000">
      <w:pPr>
        <w:rPr>
          <w:rFonts w:ascii="Fira Sans" w:hAnsi="Fira Sans"/>
        </w:rPr>
      </w:pPr>
      <w:r w:rsidRPr="009736D4">
        <w:rPr>
          <w:rFonts w:ascii="Fira Sans" w:hAnsi="Fira Sans"/>
        </w:rPr>
        <w:t>Main Contact:</w:t>
      </w:r>
    </w:p>
    <w:p w14:paraId="59C3732C" w14:textId="77777777" w:rsidR="008B449A" w:rsidRPr="009736D4" w:rsidRDefault="00000000">
      <w:pPr>
        <w:rPr>
          <w:rFonts w:ascii="Fira Sans" w:hAnsi="Fira Sans"/>
        </w:rPr>
      </w:pPr>
      <w:r w:rsidRPr="009736D4">
        <w:rPr>
          <w:rFonts w:ascii="Fira Sans" w:hAnsi="Fira Sans"/>
        </w:rPr>
        <w:t>Accounts Contact:</w:t>
      </w:r>
    </w:p>
    <w:p w14:paraId="3A26505A" w14:textId="77777777" w:rsidR="008B449A" w:rsidRPr="009736D4" w:rsidRDefault="00000000">
      <w:pPr>
        <w:rPr>
          <w:rFonts w:ascii="Fira Sans" w:hAnsi="Fira Sans"/>
        </w:rPr>
      </w:pPr>
      <w:r w:rsidRPr="009736D4">
        <w:rPr>
          <w:rFonts w:ascii="Fira Sans" w:hAnsi="Fira Sans"/>
        </w:rPr>
        <w:t>Position:</w:t>
      </w:r>
    </w:p>
    <w:p w14:paraId="6AE55FB7" w14:textId="77777777" w:rsidR="008B449A" w:rsidRPr="009736D4" w:rsidRDefault="00000000">
      <w:pPr>
        <w:rPr>
          <w:rFonts w:ascii="Fira Sans" w:hAnsi="Fira Sans"/>
        </w:rPr>
      </w:pPr>
      <w:r w:rsidRPr="009736D4">
        <w:rPr>
          <w:rFonts w:ascii="Fira Sans" w:hAnsi="Fira Sans"/>
        </w:rPr>
        <w:t>Phone:</w:t>
      </w:r>
    </w:p>
    <w:p w14:paraId="7C95D335" w14:textId="77777777" w:rsidR="008B449A" w:rsidRPr="009736D4" w:rsidRDefault="00000000">
      <w:pPr>
        <w:rPr>
          <w:rFonts w:ascii="Fira Sans" w:hAnsi="Fira Sans"/>
        </w:rPr>
      </w:pPr>
      <w:r w:rsidRPr="009736D4">
        <w:rPr>
          <w:rFonts w:ascii="Fira Sans" w:hAnsi="Fira Sans"/>
        </w:rPr>
        <w:t>Email:</w:t>
      </w:r>
    </w:p>
    <w:p w14:paraId="1AD48F78" w14:textId="100AA696" w:rsidR="008B449A" w:rsidRDefault="00000000" w:rsidP="009736D4">
      <w:pPr>
        <w:pStyle w:val="Heading2"/>
        <w:numPr>
          <w:ilvl w:val="0"/>
          <w:numId w:val="10"/>
        </w:numPr>
      </w:pPr>
      <w:r>
        <w:t>Trade References (Two Required)</w:t>
      </w:r>
    </w:p>
    <w:p w14:paraId="20B4296C" w14:textId="77777777" w:rsidR="009736D4" w:rsidRDefault="009736D4"/>
    <w:p w14:paraId="6790A1C5" w14:textId="4AF47EE0" w:rsidR="008B449A" w:rsidRPr="009736D4" w:rsidRDefault="00000000" w:rsidP="009736D4">
      <w:pPr>
        <w:pStyle w:val="Heading2"/>
      </w:pPr>
      <w:r w:rsidRPr="009736D4">
        <w:t>Trade Reference 1:</w:t>
      </w:r>
    </w:p>
    <w:p w14:paraId="329ADEBB" w14:textId="77777777" w:rsidR="008B449A" w:rsidRPr="009736D4" w:rsidRDefault="00000000">
      <w:pPr>
        <w:rPr>
          <w:rFonts w:ascii="Fira Sans" w:hAnsi="Fira Sans"/>
        </w:rPr>
      </w:pPr>
      <w:r w:rsidRPr="009736D4">
        <w:rPr>
          <w:rFonts w:ascii="Fira Sans" w:hAnsi="Fira Sans"/>
        </w:rPr>
        <w:t>Company Name:</w:t>
      </w:r>
    </w:p>
    <w:p w14:paraId="7A5F6F71" w14:textId="77777777" w:rsidR="008B449A" w:rsidRPr="009736D4" w:rsidRDefault="00000000">
      <w:pPr>
        <w:rPr>
          <w:rFonts w:ascii="Fira Sans" w:hAnsi="Fira Sans"/>
        </w:rPr>
      </w:pPr>
      <w:r w:rsidRPr="009736D4">
        <w:rPr>
          <w:rFonts w:ascii="Fira Sans" w:hAnsi="Fira Sans"/>
        </w:rPr>
        <w:t>Contact Name:</w:t>
      </w:r>
    </w:p>
    <w:p w14:paraId="3A433524" w14:textId="77777777" w:rsidR="008B449A" w:rsidRPr="009736D4" w:rsidRDefault="00000000">
      <w:pPr>
        <w:rPr>
          <w:rFonts w:ascii="Fira Sans" w:hAnsi="Fira Sans"/>
        </w:rPr>
      </w:pPr>
      <w:r w:rsidRPr="009736D4">
        <w:rPr>
          <w:rFonts w:ascii="Fira Sans" w:hAnsi="Fira Sans"/>
        </w:rPr>
        <w:t>Phone:</w:t>
      </w:r>
    </w:p>
    <w:p w14:paraId="3F5A7FEB" w14:textId="77777777" w:rsidR="008B449A" w:rsidRPr="009736D4" w:rsidRDefault="00000000">
      <w:pPr>
        <w:rPr>
          <w:rFonts w:ascii="Fira Sans" w:hAnsi="Fira Sans"/>
        </w:rPr>
      </w:pPr>
      <w:r w:rsidRPr="009736D4">
        <w:rPr>
          <w:rFonts w:ascii="Fira Sans" w:hAnsi="Fira Sans"/>
        </w:rPr>
        <w:lastRenderedPageBreak/>
        <w:t>Email:</w:t>
      </w:r>
    </w:p>
    <w:p w14:paraId="0DEA2C0C" w14:textId="77777777" w:rsidR="008B449A" w:rsidRPr="009736D4" w:rsidRDefault="00000000">
      <w:pPr>
        <w:rPr>
          <w:rFonts w:ascii="Fira Sans" w:hAnsi="Fira Sans"/>
        </w:rPr>
      </w:pPr>
      <w:r w:rsidRPr="009736D4">
        <w:rPr>
          <w:rFonts w:ascii="Fira Sans" w:hAnsi="Fira Sans"/>
        </w:rPr>
        <w:t>Address:</w:t>
      </w:r>
    </w:p>
    <w:p w14:paraId="6BA87B62" w14:textId="77777777" w:rsidR="008B449A" w:rsidRPr="009736D4" w:rsidRDefault="00000000" w:rsidP="009736D4">
      <w:pPr>
        <w:pStyle w:val="Heading2"/>
      </w:pPr>
      <w:r w:rsidRPr="009736D4">
        <w:t>Trade Reference 2:</w:t>
      </w:r>
    </w:p>
    <w:p w14:paraId="39925331" w14:textId="77777777" w:rsidR="008B449A" w:rsidRPr="009736D4" w:rsidRDefault="00000000">
      <w:pPr>
        <w:rPr>
          <w:rFonts w:ascii="Fira Sans" w:hAnsi="Fira Sans"/>
        </w:rPr>
      </w:pPr>
      <w:r w:rsidRPr="009736D4">
        <w:rPr>
          <w:rFonts w:ascii="Fira Sans" w:hAnsi="Fira Sans"/>
        </w:rPr>
        <w:t>Company Name:</w:t>
      </w:r>
    </w:p>
    <w:p w14:paraId="3D8E4A8E" w14:textId="77777777" w:rsidR="008B449A" w:rsidRPr="009736D4" w:rsidRDefault="00000000">
      <w:pPr>
        <w:rPr>
          <w:rFonts w:ascii="Fira Sans" w:hAnsi="Fira Sans"/>
        </w:rPr>
      </w:pPr>
      <w:r w:rsidRPr="009736D4">
        <w:rPr>
          <w:rFonts w:ascii="Fira Sans" w:hAnsi="Fira Sans"/>
        </w:rPr>
        <w:t>Contact Name:</w:t>
      </w:r>
    </w:p>
    <w:p w14:paraId="16CEF591" w14:textId="77777777" w:rsidR="008B449A" w:rsidRPr="009736D4" w:rsidRDefault="00000000">
      <w:pPr>
        <w:rPr>
          <w:rFonts w:ascii="Fira Sans" w:hAnsi="Fira Sans"/>
        </w:rPr>
      </w:pPr>
      <w:r w:rsidRPr="009736D4">
        <w:rPr>
          <w:rFonts w:ascii="Fira Sans" w:hAnsi="Fira Sans"/>
        </w:rPr>
        <w:t>Phone:</w:t>
      </w:r>
    </w:p>
    <w:p w14:paraId="1CAF7632" w14:textId="77777777" w:rsidR="008B449A" w:rsidRPr="009736D4" w:rsidRDefault="00000000">
      <w:pPr>
        <w:rPr>
          <w:rFonts w:ascii="Fira Sans" w:hAnsi="Fira Sans"/>
        </w:rPr>
      </w:pPr>
      <w:r w:rsidRPr="009736D4">
        <w:rPr>
          <w:rFonts w:ascii="Fira Sans" w:hAnsi="Fira Sans"/>
        </w:rPr>
        <w:t>Email:</w:t>
      </w:r>
    </w:p>
    <w:p w14:paraId="125630B0" w14:textId="77777777" w:rsidR="008B449A" w:rsidRPr="009736D4" w:rsidRDefault="00000000">
      <w:pPr>
        <w:rPr>
          <w:rFonts w:ascii="Fira Sans" w:hAnsi="Fira Sans"/>
        </w:rPr>
      </w:pPr>
      <w:r w:rsidRPr="009736D4">
        <w:rPr>
          <w:rFonts w:ascii="Fira Sans" w:hAnsi="Fira Sans"/>
        </w:rPr>
        <w:t>Address:</w:t>
      </w:r>
    </w:p>
    <w:p w14:paraId="0F967F38" w14:textId="73AB600C" w:rsidR="008B449A" w:rsidRDefault="00000000" w:rsidP="009736D4">
      <w:pPr>
        <w:pStyle w:val="Heading2"/>
        <w:numPr>
          <w:ilvl w:val="0"/>
          <w:numId w:val="10"/>
        </w:numPr>
      </w:pPr>
      <w:r>
        <w:t>Bank Details</w:t>
      </w:r>
    </w:p>
    <w:p w14:paraId="1B9B526D" w14:textId="77777777" w:rsidR="008B449A" w:rsidRPr="00FC6C38" w:rsidRDefault="00000000">
      <w:pPr>
        <w:rPr>
          <w:rFonts w:ascii="Fira Sans" w:hAnsi="Fira Sans"/>
        </w:rPr>
      </w:pPr>
      <w:r w:rsidRPr="00FC6C38">
        <w:rPr>
          <w:rFonts w:ascii="Fira Sans" w:hAnsi="Fira Sans"/>
        </w:rPr>
        <w:t>Bank Name:</w:t>
      </w:r>
    </w:p>
    <w:p w14:paraId="30B5D339" w14:textId="77777777" w:rsidR="008B449A" w:rsidRPr="00FC6C38" w:rsidRDefault="00000000">
      <w:pPr>
        <w:rPr>
          <w:rFonts w:ascii="Fira Sans" w:hAnsi="Fira Sans"/>
        </w:rPr>
      </w:pPr>
      <w:r w:rsidRPr="00FC6C38">
        <w:rPr>
          <w:rFonts w:ascii="Fira Sans" w:hAnsi="Fira Sans"/>
        </w:rPr>
        <w:t>Address:</w:t>
      </w:r>
    </w:p>
    <w:p w14:paraId="4A751151" w14:textId="77777777" w:rsidR="008B449A" w:rsidRPr="00FC6C38" w:rsidRDefault="00000000">
      <w:pPr>
        <w:rPr>
          <w:rFonts w:ascii="Fira Sans" w:hAnsi="Fira Sans"/>
        </w:rPr>
      </w:pPr>
      <w:r w:rsidRPr="00FC6C38">
        <w:rPr>
          <w:rFonts w:ascii="Fira Sans" w:hAnsi="Fira Sans"/>
        </w:rPr>
        <w:t>Account Number:</w:t>
      </w:r>
    </w:p>
    <w:p w14:paraId="08262194" w14:textId="77777777" w:rsidR="008B449A" w:rsidRPr="00FC6C38" w:rsidRDefault="00000000">
      <w:pPr>
        <w:rPr>
          <w:rFonts w:ascii="Fira Sans" w:hAnsi="Fira Sans"/>
        </w:rPr>
      </w:pPr>
      <w:r w:rsidRPr="00FC6C38">
        <w:rPr>
          <w:rFonts w:ascii="Fira Sans" w:hAnsi="Fira Sans"/>
        </w:rPr>
        <w:t>Sort Code:</w:t>
      </w:r>
    </w:p>
    <w:p w14:paraId="39E2D361" w14:textId="77777777" w:rsidR="008B449A" w:rsidRPr="00FC6C38" w:rsidRDefault="00000000">
      <w:pPr>
        <w:rPr>
          <w:rFonts w:ascii="Fira Sans" w:hAnsi="Fira Sans"/>
        </w:rPr>
      </w:pPr>
      <w:r w:rsidRPr="00FC6C38">
        <w:rPr>
          <w:rFonts w:ascii="Fira Sans" w:hAnsi="Fira Sans"/>
        </w:rPr>
        <w:t>IBAN:</w:t>
      </w:r>
    </w:p>
    <w:p w14:paraId="4DD3F4F2" w14:textId="48DB1DA5" w:rsidR="008B449A" w:rsidRDefault="00000000" w:rsidP="009736D4">
      <w:pPr>
        <w:pStyle w:val="Heading2"/>
        <w:numPr>
          <w:ilvl w:val="0"/>
          <w:numId w:val="10"/>
        </w:numPr>
      </w:pPr>
      <w:r>
        <w:t>Credit Request</w:t>
      </w:r>
    </w:p>
    <w:p w14:paraId="5768D768" w14:textId="77777777" w:rsidR="008B449A" w:rsidRPr="00FC6C38" w:rsidRDefault="00000000">
      <w:pPr>
        <w:rPr>
          <w:rFonts w:ascii="Fira Sans" w:hAnsi="Fira Sans"/>
        </w:rPr>
      </w:pPr>
      <w:r w:rsidRPr="00FC6C38">
        <w:rPr>
          <w:rFonts w:ascii="Fira Sans" w:hAnsi="Fira Sans"/>
        </w:rPr>
        <w:t>Requested Credit Limit (€):</w:t>
      </w:r>
    </w:p>
    <w:p w14:paraId="6C1C9568" w14:textId="748F1B97" w:rsidR="008B449A" w:rsidRDefault="00000000" w:rsidP="009736D4">
      <w:pPr>
        <w:pStyle w:val="Heading2"/>
        <w:numPr>
          <w:ilvl w:val="0"/>
          <w:numId w:val="10"/>
        </w:numPr>
      </w:pPr>
      <w:r>
        <w:t>Declaration</w:t>
      </w:r>
    </w:p>
    <w:p w14:paraId="1F9CB4D0" w14:textId="77777777" w:rsidR="008B449A" w:rsidRPr="00FC6C38" w:rsidRDefault="00000000">
      <w:pPr>
        <w:rPr>
          <w:rFonts w:ascii="Fira Sans" w:hAnsi="Fira Sans"/>
        </w:rPr>
      </w:pPr>
      <w:r w:rsidRPr="00FC6C38">
        <w:rPr>
          <w:rFonts w:ascii="Fira Sans" w:hAnsi="Fira Sans"/>
        </w:rPr>
        <w:t>I/We have read and agree to the Terms and Conditions of Sale of Peats Wholesale Limited and confirm that the above information is correct.</w:t>
      </w:r>
    </w:p>
    <w:p w14:paraId="59D156F8" w14:textId="061C6DCA" w:rsidR="008B449A" w:rsidRDefault="00000000" w:rsidP="009736D4">
      <w:pPr>
        <w:pStyle w:val="Heading2"/>
        <w:numPr>
          <w:ilvl w:val="0"/>
          <w:numId w:val="10"/>
        </w:numPr>
      </w:pPr>
      <w:r>
        <w:t>Signature (Applicant Only)</w:t>
      </w:r>
    </w:p>
    <w:p w14:paraId="2959D9C1" w14:textId="77777777" w:rsidR="009736D4" w:rsidRDefault="009736D4"/>
    <w:p w14:paraId="4F0245E7" w14:textId="66B78443" w:rsidR="008B449A" w:rsidRPr="00FC6C38" w:rsidRDefault="00000000">
      <w:pPr>
        <w:rPr>
          <w:rFonts w:ascii="Fira Sans" w:hAnsi="Fira Sans"/>
        </w:rPr>
      </w:pPr>
      <w:r w:rsidRPr="00FC6C38">
        <w:rPr>
          <w:rFonts w:ascii="Fira Sans" w:hAnsi="Fira Sans"/>
        </w:rPr>
        <w:t>Signature: ___________________________________________</w:t>
      </w:r>
    </w:p>
    <w:p w14:paraId="254098A5" w14:textId="77777777" w:rsidR="008B449A" w:rsidRPr="00FC6C38" w:rsidRDefault="00000000">
      <w:pPr>
        <w:rPr>
          <w:rFonts w:ascii="Fira Sans" w:hAnsi="Fira Sans"/>
        </w:rPr>
      </w:pPr>
      <w:r w:rsidRPr="00FC6C38">
        <w:rPr>
          <w:rFonts w:ascii="Fira Sans" w:hAnsi="Fira Sans"/>
        </w:rPr>
        <w:t>Name: _______________________________________________</w:t>
      </w:r>
    </w:p>
    <w:p w14:paraId="3A2CB0BB" w14:textId="77777777" w:rsidR="008B449A" w:rsidRPr="00FC6C38" w:rsidRDefault="00000000">
      <w:pPr>
        <w:rPr>
          <w:rFonts w:ascii="Fira Sans" w:hAnsi="Fira Sans"/>
        </w:rPr>
      </w:pPr>
      <w:r w:rsidRPr="00FC6C38">
        <w:rPr>
          <w:rFonts w:ascii="Fira Sans" w:hAnsi="Fira Sans"/>
        </w:rPr>
        <w:t>Position: ____________________________________________</w:t>
      </w:r>
    </w:p>
    <w:p w14:paraId="5F84D803" w14:textId="77777777" w:rsidR="008B449A" w:rsidRPr="00FC6C38" w:rsidRDefault="00000000">
      <w:pPr>
        <w:rPr>
          <w:rFonts w:ascii="Fira Sans" w:hAnsi="Fira Sans"/>
        </w:rPr>
      </w:pPr>
      <w:r w:rsidRPr="00FC6C38">
        <w:rPr>
          <w:rFonts w:ascii="Fira Sans" w:hAnsi="Fira Sans"/>
        </w:rPr>
        <w:t>Date: ________________________________________________</w:t>
      </w:r>
    </w:p>
    <w:p w14:paraId="277C5D4F" w14:textId="3C50672F" w:rsidR="008B449A" w:rsidRDefault="00000000" w:rsidP="009736D4">
      <w:pPr>
        <w:pStyle w:val="Heading1"/>
      </w:pPr>
      <w:r>
        <w:br w:type="page"/>
      </w:r>
      <w:r>
        <w:lastRenderedPageBreak/>
        <w:t>Peats Wholesale Terms &amp; Conditions of Sale 2025</w:t>
      </w:r>
    </w:p>
    <w:p w14:paraId="691470C5" w14:textId="067B1E91" w:rsidR="008B449A" w:rsidRPr="009736D4" w:rsidRDefault="00000000" w:rsidP="009736D4">
      <w:pPr>
        <w:spacing w:line="240" w:lineRule="auto"/>
        <w:rPr>
          <w:rFonts w:ascii="Fira Sans" w:hAnsi="Fira Sans"/>
        </w:rPr>
      </w:pPr>
      <w:r w:rsidRPr="009736D4">
        <w:rPr>
          <w:rFonts w:ascii="Fira Sans" w:hAnsi="Fira Sans"/>
          <w:i/>
          <w:iCs/>
        </w:rPr>
        <w:t>Peats Wholesale Limited</w:t>
      </w:r>
      <w:r w:rsidRPr="009736D4">
        <w:rPr>
          <w:rFonts w:ascii="Fira Sans" w:hAnsi="Fira Sans"/>
          <w:i/>
          <w:iCs/>
        </w:rPr>
        <w:br/>
        <w:t xml:space="preserve">14/15 </w:t>
      </w:r>
      <w:proofErr w:type="spellStart"/>
      <w:r w:rsidRPr="009736D4">
        <w:rPr>
          <w:rFonts w:ascii="Fira Sans" w:hAnsi="Fira Sans"/>
          <w:i/>
          <w:iCs/>
        </w:rPr>
        <w:t>Westlink</w:t>
      </w:r>
      <w:proofErr w:type="spellEnd"/>
      <w:r w:rsidRPr="009736D4">
        <w:rPr>
          <w:rFonts w:ascii="Fira Sans" w:hAnsi="Fira Sans"/>
          <w:i/>
          <w:iCs/>
        </w:rPr>
        <w:t xml:space="preserve"> Industrial Estate, Kylemore Road, D10K021 Ireland.</w:t>
      </w:r>
      <w:r w:rsidRPr="009736D4">
        <w:rPr>
          <w:rFonts w:ascii="Fira Sans" w:hAnsi="Fira Sans"/>
          <w:i/>
          <w:iCs/>
        </w:rPr>
        <w:br/>
        <w:t xml:space="preserve">Tel: 00 353 1 626 4662.  Fax: 00 353 1 626 2329  Email: </w:t>
      </w:r>
      <w:hyperlink r:id="rId8" w:history="1">
        <w:r w:rsidR="009736D4" w:rsidRPr="009736D4">
          <w:rPr>
            <w:rStyle w:val="Hyperlink"/>
            <w:rFonts w:ascii="Fira Sans" w:hAnsi="Fira Sans"/>
            <w:i/>
            <w:iCs/>
          </w:rPr>
          <w:t>sales@peats.ie</w:t>
        </w:r>
      </w:hyperlink>
      <w:r w:rsidR="009736D4" w:rsidRPr="009736D4">
        <w:rPr>
          <w:rFonts w:ascii="Fira Sans" w:hAnsi="Fira Sans"/>
          <w:i/>
          <w:iCs/>
        </w:rPr>
        <w:t xml:space="preserve"> </w:t>
      </w:r>
      <w:r w:rsidRPr="009736D4">
        <w:rPr>
          <w:rFonts w:ascii="Fira Sans" w:hAnsi="Fira Sans"/>
          <w:i/>
          <w:iCs/>
        </w:rPr>
        <w:t>Web: www.peats.ie</w:t>
      </w:r>
      <w:r w:rsidRPr="009736D4">
        <w:rPr>
          <w:rFonts w:ascii="Fira Sans" w:hAnsi="Fira Sans"/>
          <w:i/>
          <w:iCs/>
        </w:rPr>
        <w:br/>
      </w:r>
      <w:r w:rsidRPr="009736D4">
        <w:rPr>
          <w:rFonts w:ascii="Fira Sans" w:hAnsi="Fira Sans"/>
        </w:rPr>
        <w:br/>
      </w:r>
      <w:r w:rsidRPr="009736D4">
        <w:rPr>
          <w:rStyle w:val="Heading1Char"/>
        </w:rPr>
        <w:t>Terms &amp; Conditions of Sale</w:t>
      </w:r>
      <w:r w:rsidRPr="009736D4">
        <w:rPr>
          <w:rFonts w:ascii="Fira Sans" w:hAnsi="Fira Sans"/>
        </w:rPr>
        <w:br/>
        <w:t>Credit Terms:</w:t>
      </w:r>
      <w:r w:rsidRPr="009736D4">
        <w:rPr>
          <w:rFonts w:ascii="Fira Sans" w:hAnsi="Fira Sans"/>
        </w:rPr>
        <w:br/>
        <w:t>Payment is due by end of month following the month of invoice.</w:t>
      </w:r>
      <w:r w:rsidRPr="009736D4">
        <w:rPr>
          <w:rFonts w:ascii="Fira Sans" w:hAnsi="Fira Sans"/>
        </w:rPr>
        <w:br/>
      </w:r>
      <w:r w:rsidRPr="009736D4">
        <w:rPr>
          <w:rFonts w:ascii="Fira Sans" w:hAnsi="Fira Sans"/>
        </w:rPr>
        <w:br/>
        <w:t>If the Buyer fails to make any payment when due then, without affecting any other rights which it may have, Peat’s Wholesale Limited may:</w:t>
      </w:r>
      <w:r w:rsidRPr="009736D4">
        <w:rPr>
          <w:rFonts w:ascii="Fira Sans" w:hAnsi="Fira Sans"/>
        </w:rPr>
        <w:br/>
        <w:t>(a) Suspend deliveries until all outstanding amounts have been paid in full; and or</w:t>
      </w:r>
      <w:r w:rsidRPr="009736D4">
        <w:rPr>
          <w:rFonts w:ascii="Fira Sans" w:hAnsi="Fira Sans"/>
        </w:rPr>
        <w:br/>
        <w:t>(b) Cancel any credit facilities extended to the Buyer</w:t>
      </w:r>
      <w:r w:rsidRPr="009736D4">
        <w:rPr>
          <w:rFonts w:ascii="Fira Sans" w:hAnsi="Fira Sans"/>
        </w:rPr>
        <w:br/>
        <w:t>(c) Charge any interest on the amount due at 1.5% per month.</w:t>
      </w:r>
      <w:r w:rsidRPr="009736D4">
        <w:rPr>
          <w:rFonts w:ascii="Fira Sans" w:hAnsi="Fira Sans"/>
        </w:rPr>
        <w:br/>
      </w:r>
      <w:r w:rsidRPr="009736D4">
        <w:rPr>
          <w:rFonts w:ascii="Fira Sans" w:hAnsi="Fira Sans"/>
        </w:rPr>
        <w:br/>
      </w:r>
      <w:r w:rsidRPr="009736D4">
        <w:rPr>
          <w:rStyle w:val="Heading2Char"/>
        </w:rPr>
        <w:t>Delivery Costs:</w:t>
      </w:r>
      <w:r w:rsidRPr="009736D4">
        <w:rPr>
          <w:rFonts w:ascii="Fira Sans" w:hAnsi="Fira Sans"/>
        </w:rPr>
        <w:br/>
        <w:t>There is no carriage on orders exceeding €1,000. On orders up to a value of €500 the carriage contribution is €15. On orders between €501 and €1,000 the carriage contribution is €10. This charge may be adjusted from time to time to reflect increased fuel charges or other prevailing conditions affecting the cost of transport.  Customers will be advised in advance of any change to our delivery charges.</w:t>
      </w:r>
      <w:r w:rsidRPr="009736D4">
        <w:rPr>
          <w:rFonts w:ascii="Fira Sans" w:hAnsi="Fira Sans"/>
        </w:rPr>
        <w:br/>
      </w:r>
      <w:r w:rsidRPr="009736D4">
        <w:rPr>
          <w:rStyle w:val="Heading2Char"/>
        </w:rPr>
        <w:br/>
        <w:t>Returns:</w:t>
      </w:r>
      <w:r w:rsidRPr="009736D4">
        <w:rPr>
          <w:rFonts w:ascii="Fira Sans" w:hAnsi="Fira Sans"/>
        </w:rPr>
        <w:br/>
        <w:t xml:space="preserve">Prior </w:t>
      </w:r>
      <w:proofErr w:type="spellStart"/>
      <w:r w:rsidRPr="009736D4">
        <w:rPr>
          <w:rFonts w:ascii="Fira Sans" w:hAnsi="Fira Sans"/>
        </w:rPr>
        <w:t>authorisation</w:t>
      </w:r>
      <w:proofErr w:type="spellEnd"/>
      <w:r w:rsidRPr="009736D4">
        <w:rPr>
          <w:rFonts w:ascii="Fira Sans" w:hAnsi="Fira Sans"/>
        </w:rPr>
        <w:t xml:space="preserve"> is required before returning any goods.</w:t>
      </w:r>
      <w:r w:rsidRPr="009736D4">
        <w:rPr>
          <w:rFonts w:ascii="Fira Sans" w:hAnsi="Fira Sans"/>
        </w:rPr>
        <w:br/>
        <w:t>Goods returned under guarantee may be replaced, repaired or credited by us at our discretion.  Damaged goods caused by misuse do not qualify.</w:t>
      </w:r>
      <w:r w:rsidRPr="009736D4">
        <w:rPr>
          <w:rFonts w:ascii="Fira Sans" w:hAnsi="Fira Sans"/>
        </w:rPr>
        <w:br/>
      </w:r>
      <w:proofErr w:type="gramStart"/>
      <w:r w:rsidRPr="009736D4">
        <w:rPr>
          <w:rFonts w:ascii="Fira Sans" w:hAnsi="Fira Sans"/>
        </w:rPr>
        <w:t>Non-faulty</w:t>
      </w:r>
      <w:proofErr w:type="gramEnd"/>
      <w:r w:rsidRPr="009736D4">
        <w:rPr>
          <w:rFonts w:ascii="Fira Sans" w:hAnsi="Fira Sans"/>
        </w:rPr>
        <w:t xml:space="preserve"> goods returned for credit must have the appropriate invoice number supplied and will be subject to 15% re-stocking charge.  A 50% restocking charge will apply when no invoice number is supplied.</w:t>
      </w:r>
      <w:r w:rsidRPr="009736D4">
        <w:rPr>
          <w:rFonts w:ascii="Fira Sans" w:hAnsi="Fira Sans"/>
        </w:rPr>
        <w:br/>
        <w:t>Cartons and/or product not in new resalable condition will be refused.</w:t>
      </w:r>
      <w:r w:rsidRPr="009736D4">
        <w:rPr>
          <w:rFonts w:ascii="Fira Sans" w:hAnsi="Fira Sans"/>
        </w:rPr>
        <w:br/>
        <w:t>Shortages, breakages and claims of non-delivery must be notified to us, in writing, within 5 days of delivery date.</w:t>
      </w:r>
      <w:r w:rsidRPr="009736D4">
        <w:rPr>
          <w:rFonts w:ascii="Fira Sans" w:hAnsi="Fira Sans"/>
        </w:rPr>
        <w:br/>
      </w:r>
      <w:r w:rsidRPr="009736D4">
        <w:rPr>
          <w:rFonts w:ascii="Fira Sans" w:hAnsi="Fira Sans"/>
        </w:rPr>
        <w:br/>
      </w:r>
      <w:r w:rsidRPr="009736D4">
        <w:rPr>
          <w:rStyle w:val="Heading2Char"/>
        </w:rPr>
        <w:t>Retention of Title</w:t>
      </w:r>
      <w:r w:rsidRPr="009736D4">
        <w:rPr>
          <w:rFonts w:ascii="Fira Sans" w:hAnsi="Fira Sans"/>
        </w:rPr>
        <w:t xml:space="preserve"> </w:t>
      </w:r>
      <w:r w:rsidRPr="009736D4">
        <w:rPr>
          <w:rFonts w:ascii="Fira Sans" w:hAnsi="Fira Sans"/>
        </w:rPr>
        <w:br/>
        <w:t>Property in the Goods sold does not pass to the buyer until Peats Wholesale Ltd (‘the seller’) has received payment in full for the goods and if the Buyer purports to sell</w:t>
      </w:r>
      <w:r w:rsidRPr="009736D4">
        <w:rPr>
          <w:rFonts w:ascii="Fira Sans Light" w:hAnsi="Fira Sans Light"/>
        </w:rPr>
        <w:t xml:space="preserve"> </w:t>
      </w:r>
      <w:r w:rsidRPr="009736D4">
        <w:rPr>
          <w:rFonts w:ascii="Fira Sans" w:hAnsi="Fira Sans"/>
        </w:rPr>
        <w:t>goods before payment, the proceeds of the sales in the hands of the Buyer belongs to the seller until from the buyer or otherwise payment in full for the goods has been received by the seller.</w:t>
      </w:r>
      <w:r>
        <w:br/>
      </w:r>
      <w:r>
        <w:br/>
      </w:r>
    </w:p>
    <w:sectPr w:rsidR="008B449A" w:rsidRPr="009736D4" w:rsidSect="009736D4">
      <w:headerReference w:type="default" r:id="rId9"/>
      <w:footerReference w:type="default" r:id="rId10"/>
      <w:pgSz w:w="12240" w:h="15840"/>
      <w:pgMar w:top="1440" w:right="1797" w:bottom="1440" w:left="1797" w:header="907"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4595C" w14:textId="77777777" w:rsidR="006A495D" w:rsidRDefault="006A495D" w:rsidP="009736D4">
      <w:pPr>
        <w:spacing w:after="0" w:line="240" w:lineRule="auto"/>
      </w:pPr>
      <w:r>
        <w:separator/>
      </w:r>
    </w:p>
  </w:endnote>
  <w:endnote w:type="continuationSeparator" w:id="0">
    <w:p w14:paraId="33CF4914" w14:textId="77777777" w:rsidR="006A495D" w:rsidRDefault="006A495D" w:rsidP="00973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0000000000000000000"/>
    <w:charset w:val="00"/>
    <w:family w:val="auto"/>
    <w:pitch w:val="variable"/>
    <w:sig w:usb0="00000003" w:usb1="00000000" w:usb2="00000000" w:usb3="00000000" w:csb0="00000001" w:csb1="00000000"/>
  </w:font>
  <w:font w:name="Fira Sans">
    <w:panose1 w:val="020B0503050000020004"/>
    <w:charset w:val="00"/>
    <w:family w:val="swiss"/>
    <w:pitch w:val="variable"/>
    <w:sig w:usb0="600002FF" w:usb1="00000001" w:usb2="00000000" w:usb3="00000000" w:csb0="0000019F" w:csb1="00000000"/>
  </w:font>
  <w:font w:name="Fira Sans Light">
    <w:panose1 w:val="020B0403050000020004"/>
    <w:charset w:val="00"/>
    <w:family w:val="swiss"/>
    <w:pitch w:val="variable"/>
    <w:sig w:usb0="600002FF" w:usb1="00000001" w:usb2="00000000" w:usb3="00000000" w:csb0="0000019F" w:csb1="00000000"/>
  </w:font>
  <w:font w:name="Fira Sans ExtraLight">
    <w:panose1 w:val="020B0403050000020004"/>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A2D78" w14:textId="45EB5CFB" w:rsidR="009736D4" w:rsidRDefault="009736D4" w:rsidP="009736D4">
    <w:pPr>
      <w:jc w:val="center"/>
    </w:pPr>
    <w:r w:rsidRPr="009736D4">
      <w:rPr>
        <w:rFonts w:ascii="Fira Sans ExtraLight" w:hAnsi="Fira Sans ExtraLight"/>
        <w:sz w:val="20"/>
        <w:szCs w:val="20"/>
      </w:rPr>
      <w:t>Peats Wholesale Limited</w:t>
    </w:r>
    <w:r w:rsidRPr="009736D4">
      <w:rPr>
        <w:rFonts w:ascii="Fira Sans ExtraLight" w:hAnsi="Fira Sans ExtraLight"/>
        <w:sz w:val="20"/>
        <w:szCs w:val="20"/>
      </w:rPr>
      <w:br/>
      <w:t>Distributors of Audio, Visual and Technology Products</w:t>
    </w:r>
    <w:r w:rsidRPr="009736D4">
      <w:rPr>
        <w:rFonts w:ascii="Fira Sans ExtraLight" w:hAnsi="Fira Sans ExtraLight"/>
        <w:sz w:val="20"/>
        <w:szCs w:val="20"/>
      </w:rPr>
      <w:br/>
      <w:t>Directors: G.F.</w:t>
    </w:r>
    <w:r>
      <w:rPr>
        <w:rFonts w:ascii="Fira Sans ExtraLight" w:hAnsi="Fira Sans ExtraLight"/>
        <w:sz w:val="20"/>
        <w:szCs w:val="20"/>
      </w:rPr>
      <w:t xml:space="preserve"> </w:t>
    </w:r>
    <w:r w:rsidRPr="009736D4">
      <w:rPr>
        <w:rFonts w:ascii="Fira Sans ExtraLight" w:hAnsi="Fira Sans ExtraLight"/>
        <w:sz w:val="20"/>
        <w:szCs w:val="20"/>
      </w:rPr>
      <w:t>Peat, G.D.</w:t>
    </w:r>
    <w:r>
      <w:rPr>
        <w:rFonts w:ascii="Fira Sans ExtraLight" w:hAnsi="Fira Sans ExtraLight"/>
        <w:sz w:val="20"/>
        <w:szCs w:val="20"/>
      </w:rPr>
      <w:t xml:space="preserve"> </w:t>
    </w:r>
    <w:r w:rsidRPr="009736D4">
      <w:rPr>
        <w:rFonts w:ascii="Fira Sans ExtraLight" w:hAnsi="Fira Sans ExtraLight"/>
        <w:sz w:val="20"/>
        <w:szCs w:val="20"/>
      </w:rPr>
      <w:t xml:space="preserve">Peat, Anthony Brady, Peter </w:t>
    </w:r>
    <w:r w:rsidRPr="009736D4">
      <w:rPr>
        <w:rFonts w:ascii="Fira Sans ExtraLight" w:hAnsi="Fira Sans ExtraLight"/>
        <w:sz w:val="20"/>
        <w:szCs w:val="20"/>
      </w:rPr>
      <w:t>Connelly. Registration</w:t>
    </w:r>
    <w:r w:rsidRPr="009736D4">
      <w:rPr>
        <w:rFonts w:ascii="Fira Sans ExtraLight" w:hAnsi="Fira Sans ExtraLight"/>
        <w:sz w:val="20"/>
        <w:szCs w:val="20"/>
      </w:rPr>
      <w:t xml:space="preserve"> No.:</w:t>
    </w:r>
    <w:r w:rsidRPr="009736D4">
      <w:rPr>
        <w:rFonts w:ascii="Fira Sans ExtraLight" w:hAnsi="Fira Sans ExtraLight"/>
        <w:sz w:val="20"/>
        <w:szCs w:val="20"/>
      </w:rPr>
      <w:t xml:space="preserve"> </w:t>
    </w:r>
    <w:r w:rsidRPr="009736D4">
      <w:rPr>
        <w:rFonts w:ascii="Fira Sans ExtraLight" w:hAnsi="Fira Sans ExtraLight"/>
        <w:sz w:val="20"/>
        <w:szCs w:val="20"/>
      </w:rPr>
      <w:t>31173</w:t>
    </w:r>
    <w:r w:rsidRPr="009736D4">
      <w:rPr>
        <w:rFonts w:ascii="Fira Sans ExtraLight" w:hAnsi="Fira Sans ExtraLight"/>
        <w:sz w:val="20"/>
        <w:szCs w:val="20"/>
      </w:rPr>
      <w:t>.</w:t>
    </w:r>
    <w:r w:rsidRPr="009736D4">
      <w:rPr>
        <w:rFonts w:ascii="Fira Sans ExtraLight" w:hAnsi="Fira Sans ExtraLight"/>
        <w:sz w:val="20"/>
        <w:szCs w:val="20"/>
      </w:rPr>
      <w:t xml:space="preserve"> VAT No.: IE 9Y48653O</w:t>
    </w: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ECF5F" w14:textId="77777777" w:rsidR="006A495D" w:rsidRDefault="006A495D" w:rsidP="009736D4">
      <w:pPr>
        <w:spacing w:after="0" w:line="240" w:lineRule="auto"/>
      </w:pPr>
      <w:r>
        <w:separator/>
      </w:r>
    </w:p>
  </w:footnote>
  <w:footnote w:type="continuationSeparator" w:id="0">
    <w:p w14:paraId="37141289" w14:textId="77777777" w:rsidR="006A495D" w:rsidRDefault="006A495D" w:rsidP="009736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6A198" w14:textId="0F118FF7" w:rsidR="009736D4" w:rsidRDefault="009736D4">
    <w:pPr>
      <w:pStyle w:val="Header"/>
    </w:pPr>
    <w:r>
      <w:rPr>
        <w:noProof/>
      </w:rPr>
      <w:drawing>
        <wp:anchor distT="0" distB="0" distL="114300" distR="114300" simplePos="0" relativeHeight="251658240" behindDoc="0" locked="0" layoutInCell="1" allowOverlap="1" wp14:anchorId="2FCC9EAB" wp14:editId="133C54F8">
          <wp:simplePos x="0" y="0"/>
          <wp:positionH relativeFrom="column">
            <wp:posOffset>4572363</wp:posOffset>
          </wp:positionH>
          <wp:positionV relativeFrom="paragraph">
            <wp:posOffset>-214009</wp:posOffset>
          </wp:positionV>
          <wp:extent cx="1632211" cy="632298"/>
          <wp:effectExtent l="0" t="0" r="0" b="3175"/>
          <wp:wrapNone/>
          <wp:docPr id="357725975" name="Picture 1" descr="A logo with blue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725975" name="Picture 1" descr="A logo with blue and black text&#10;&#10;AI-generated content may be incorrect."/>
                  <pic:cNvPicPr/>
                </pic:nvPicPr>
                <pic:blipFill>
                  <a:blip r:embed="rId1"/>
                  <a:stretch>
                    <a:fillRect/>
                  </a:stretch>
                </pic:blipFill>
                <pic:spPr>
                  <a:xfrm>
                    <a:off x="0" y="0"/>
                    <a:ext cx="1664105" cy="64465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B450EAD"/>
    <w:multiLevelType w:val="hybridMultilevel"/>
    <w:tmpl w:val="65386C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3894165">
    <w:abstractNumId w:val="8"/>
  </w:num>
  <w:num w:numId="2" w16cid:durableId="2004355239">
    <w:abstractNumId w:val="6"/>
  </w:num>
  <w:num w:numId="3" w16cid:durableId="37320751">
    <w:abstractNumId w:val="5"/>
  </w:num>
  <w:num w:numId="4" w16cid:durableId="637958462">
    <w:abstractNumId w:val="4"/>
  </w:num>
  <w:num w:numId="5" w16cid:durableId="529531122">
    <w:abstractNumId w:val="7"/>
  </w:num>
  <w:num w:numId="6" w16cid:durableId="1272081381">
    <w:abstractNumId w:val="3"/>
  </w:num>
  <w:num w:numId="7" w16cid:durableId="562378131">
    <w:abstractNumId w:val="2"/>
  </w:num>
  <w:num w:numId="8" w16cid:durableId="1906527751">
    <w:abstractNumId w:val="1"/>
  </w:num>
  <w:num w:numId="9" w16cid:durableId="377168063">
    <w:abstractNumId w:val="0"/>
  </w:num>
  <w:num w:numId="10" w16cid:durableId="18251205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A495D"/>
    <w:rsid w:val="00786C12"/>
    <w:rsid w:val="008B449A"/>
    <w:rsid w:val="009736D4"/>
    <w:rsid w:val="00AA1D8D"/>
    <w:rsid w:val="00B47730"/>
    <w:rsid w:val="00CB0664"/>
    <w:rsid w:val="00FC693F"/>
    <w:rsid w:val="00FC6C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5AFA045"/>
  <w14:defaultImageDpi w14:val="300"/>
  <w15:docId w15:val="{55BBC7A5-E7D6-2545-9E12-C94149400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9736D4"/>
    <w:rPr>
      <w:color w:val="0000FF" w:themeColor="hyperlink"/>
      <w:u w:val="single"/>
    </w:rPr>
  </w:style>
  <w:style w:type="character" w:styleId="UnresolvedMention">
    <w:name w:val="Unresolved Mention"/>
    <w:basedOn w:val="DefaultParagraphFont"/>
    <w:uiPriority w:val="99"/>
    <w:semiHidden/>
    <w:unhideWhenUsed/>
    <w:rsid w:val="009736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peats.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440</Words>
  <Characters>2645</Characters>
  <Application>Microsoft Office Word</Application>
  <DocSecurity>0</DocSecurity>
  <Lines>46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Web Sales</cp:lastModifiedBy>
  <cp:revision>3</cp:revision>
  <cp:lastPrinted>2025-10-21T11:55:00Z</cp:lastPrinted>
  <dcterms:created xsi:type="dcterms:W3CDTF">2025-10-21T11:54:00Z</dcterms:created>
  <dcterms:modified xsi:type="dcterms:W3CDTF">2025-10-21T12:00:00Z</dcterms:modified>
  <cp:category/>
</cp:coreProperties>
</file>